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i w:val="0"/>
          <w:color w:val="075F69"/>
          <w:sz w:val="56"/>
        </w:rPr>
        <w:t>Guion de María</w:t>
      </w:r>
    </w:p>
    <w:p>
      <w:pPr>
        <w:spacing w:after="240"/>
      </w:pPr>
      <w:r>
        <w:rPr>
          <w:rFonts w:ascii="Calibri" w:hAnsi="Calibri"/>
          <w:b/>
          <w:i w:val="0"/>
          <w:color w:val="0A9AAA"/>
          <w:sz w:val="27"/>
        </w:rPr>
        <w:t>Jesús sea siempre conmigo · Misterios Gozosos</w:t>
      </w:r>
    </w:p>
    <w:p>
      <w:pPr>
        <w:spacing w:after="240"/>
        <w:shd w:fill="FBF6E7"/>
        <w:pBdr>
          <w:left w:val="single" w:sz="26" w:space="8" w:color="C8EB43"/>
        </w:pBdr>
      </w:pPr>
      <w:r>
        <w:rPr>
          <w:rFonts w:ascii="Calibri" w:hAnsi="Calibri"/>
          <w:b w:val="0"/>
          <w:i w:val="0"/>
          <w:color w:val="153F48"/>
          <w:sz w:val="22"/>
        </w:rPr>
        <w:t>Este documento contiene únicamente las intervenciones narradas por María: bienvenida, explicación del Rosario, meditaciones e invitaciones a rezar. No incluye la narración general, las palabras de Jesús, las lecturas del Evangelio ni los mensajes del mapa.</w:t>
      </w:r>
    </w:p>
    <w:p>
      <w:pPr>
        <w:pStyle w:val="Heading1"/>
      </w:pPr>
      <w:r>
        <w:t>Antes de comenzar</w:t>
      </w:r>
    </w:p>
    <w:p>
      <w:pPr>
        <w:keepNext/>
        <w:spacing w:before="120" w:after="80"/>
        <w:shd w:fill="075F69"/>
      </w:pPr>
      <w:r>
        <w:rPr>
          <w:rFonts w:ascii="Calibri" w:hAnsi="Calibri"/>
          <w:b/>
          <w:i w:val="0"/>
          <w:color w:val="FFFFFF"/>
          <w:sz w:val="21"/>
        </w:rPr>
        <w:t>030-maria-inicio-maria-camina.mp3</w:t>
      </w:r>
    </w:p>
    <w:p>
      <w:pPr>
        <w:spacing w:before="0" w:after="100" w:line="269" w:lineRule="auto"/>
        <w:ind w:left="115" w:right="72"/>
        <w:shd w:fill="E8F7F3"/>
        <w:pBdr>
          <w:left w:val="single" w:sz="22" w:space="8" w:color="0A9AAA"/>
        </w:pBdr>
      </w:pPr>
      <w:r>
        <w:rPr>
          <w:rFonts w:ascii="Calibri" w:hAnsi="Calibri"/>
          <w:b w:val="0"/>
          <w:i w:val="0"/>
          <w:color w:val="153F48"/>
          <w:sz w:val="23"/>
        </w:rPr>
        <w:t>Reconoceremos lo que sucede en las imágenes y las colocaremos ordenadamente en su tiempo y lugar. Yo soy María, la mamá de Jesús y también vuestra Madre. Estaré con vosotros durante todo el camino.</w:t>
      </w:r>
    </w:p>
    <w:p>
      <w:pPr>
        <w:keepNext/>
        <w:spacing w:before="120" w:after="80"/>
        <w:shd w:fill="075F69"/>
      </w:pPr>
      <w:r>
        <w:rPr>
          <w:rFonts w:ascii="Calibri" w:hAnsi="Calibri"/>
          <w:b/>
          <w:i w:val="0"/>
          <w:color w:val="FFFFFF"/>
          <w:sz w:val="21"/>
        </w:rPr>
        <w:t>040-maria-inicio-por-que-rosario.mp3</w:t>
      </w:r>
    </w:p>
    <w:p>
      <w:pPr>
        <w:spacing w:before="0" w:after="100" w:line="269" w:lineRule="auto"/>
        <w:ind w:left="115" w:right="72"/>
        <w:shd w:fill="E8F7F3"/>
        <w:pBdr>
          <w:left w:val="single" w:sz="22" w:space="8" w:color="0A9AAA"/>
        </w:pBdr>
      </w:pPr>
      <w:r>
        <w:rPr>
          <w:rFonts w:ascii="Calibri" w:hAnsi="Calibri"/>
          <w:b w:val="0"/>
          <w:i w:val="0"/>
          <w:color w:val="153F48"/>
          <w:sz w:val="23"/>
        </w:rPr>
        <w:t>El Rosario es una oración en la que juntos acompañamos a Jesús en los misterios de su vida. Podemos rezarlo con la intención de repararle, amarle y darle la gloria que le corresponde, por nuestra parte y por toda la familia humana. El Padre, el Hijo y el Espíritu Santo se alegrarán tanto que derramarán dones y gracias para que el Reino de Dios triunfe en todos.</w:t>
      </w:r>
    </w:p>
    <w:p>
      <w:r>
        <w:br w:type="page"/>
      </w:r>
    </w:p>
    <w:p>
      <w:pPr>
        <w:keepNext/>
        <w:spacing w:before="180" w:after="60"/>
      </w:pPr>
      <w:r>
        <w:rPr>
          <w:rFonts w:ascii="Calibri" w:hAnsi="Calibri"/>
          <w:b/>
          <w:i w:val="0"/>
          <w:color w:val="075F69"/>
          <w:sz w:val="32"/>
        </w:rPr>
        <w:t>1 · Anunciación</w:t>
      </w:r>
      <w:r>
        <w:rPr>
          <w:rFonts w:ascii="Calibri" w:hAnsi="Calibri"/>
          <w:b/>
          <w:i w:val="0"/>
          <w:color w:val="0A9AAA"/>
          <w:sz w:val="19"/>
        </w:rPr>
        <w:t xml:space="preserve">   Lucas 1, 26-38</w:t>
      </w:r>
    </w:p>
    <w:p>
      <w:pPr>
        <w:keepNext/>
        <w:spacing w:before="120" w:after="80"/>
        <w:shd w:fill="075F69"/>
      </w:pPr>
      <w:r>
        <w:rPr>
          <w:rFonts w:ascii="Calibri" w:hAnsi="Calibri"/>
          <w:b/>
          <w:i w:val="0"/>
          <w:color w:val="FFFFFF"/>
          <w:sz w:val="21"/>
        </w:rPr>
        <w:t>110-maria-m1-meditacion.mp3</w:t>
      </w:r>
    </w:p>
    <w:p>
      <w:pPr>
        <w:spacing w:before="0" w:after="100" w:line="269" w:lineRule="auto"/>
        <w:ind w:left="115" w:right="72"/>
        <w:shd w:fill="E8F7F3"/>
        <w:pBdr>
          <w:left w:val="single" w:sz="22" w:space="8" w:color="0A9AAA"/>
        </w:pBdr>
      </w:pPr>
      <w:r>
        <w:rPr>
          <w:rFonts w:ascii="Calibri" w:hAnsi="Calibri"/>
          <w:b w:val="0"/>
          <w:i w:val="0"/>
          <w:color w:val="153F48"/>
          <w:sz w:val="23"/>
        </w:rPr>
        <w:t>El ángel Gabriel me anunció el plan de Dios. Aunque no lo comprendía todo, confié en Él y acepté ser la Madre de Jesús. Dios también te invita a responderle con fe en tu día a día.</w:t>
      </w:r>
    </w:p>
    <w:p>
      <w:pPr>
        <w:keepNext/>
        <w:spacing w:before="120" w:after="80"/>
        <w:shd w:fill="075F69"/>
      </w:pPr>
      <w:r>
        <w:rPr>
          <w:rFonts w:ascii="Calibri" w:hAnsi="Calibri"/>
          <w:b/>
          <w:i w:val="0"/>
          <w:color w:val="FFFFFF"/>
          <w:sz w:val="21"/>
        </w:rPr>
        <w:t>120-maria-m1-oracion.mp3</w:t>
      </w:r>
    </w:p>
    <w:p>
      <w:pPr>
        <w:spacing w:before="0" w:after="100" w:line="269" w:lineRule="auto"/>
        <w:ind w:left="115" w:right="72"/>
        <w:shd w:fill="E8F7F3"/>
        <w:pBdr>
          <w:left w:val="single" w:sz="22" w:space="8" w:color="0A9AAA"/>
        </w:pBdr>
      </w:pPr>
      <w:r>
        <w:rPr>
          <w:rFonts w:ascii="Calibri" w:hAnsi="Calibri"/>
          <w:b w:val="0"/>
          <w:i w:val="0"/>
          <w:color w:val="153F48"/>
          <w:sz w:val="23"/>
        </w:rPr>
        <w:t>Te invito a rezar conmigo un Padrenuestro, un Avemaría y un Gloria por las familias que esperan un bebé o atraviesan un embarazo difícil, para que reciban apoyo, paz y amor.</w:t>
      </w:r>
    </w:p>
    <w:p>
      <w:pPr>
        <w:keepNext/>
        <w:spacing w:before="180" w:after="60"/>
      </w:pPr>
      <w:r>
        <w:rPr>
          <w:rFonts w:ascii="Calibri" w:hAnsi="Calibri"/>
          <w:b/>
          <w:i w:val="0"/>
          <w:color w:val="075F69"/>
          <w:sz w:val="32"/>
        </w:rPr>
        <w:t>2 · Visitación</w:t>
      </w:r>
      <w:r>
        <w:rPr>
          <w:rFonts w:ascii="Calibri" w:hAnsi="Calibri"/>
          <w:b/>
          <w:i w:val="0"/>
          <w:color w:val="0A9AAA"/>
          <w:sz w:val="19"/>
        </w:rPr>
        <w:t xml:space="preserve">   Lucas 1, 39-56</w:t>
      </w:r>
    </w:p>
    <w:p>
      <w:pPr>
        <w:keepNext/>
        <w:spacing w:before="120" w:after="80"/>
        <w:shd w:fill="075F69"/>
      </w:pPr>
      <w:r>
        <w:rPr>
          <w:rFonts w:ascii="Calibri" w:hAnsi="Calibri"/>
          <w:b/>
          <w:i w:val="0"/>
          <w:color w:val="FFFFFF"/>
          <w:sz w:val="21"/>
        </w:rPr>
        <w:t>210-maria-m2-meditacion.mp3</w:t>
      </w:r>
    </w:p>
    <w:p>
      <w:pPr>
        <w:spacing w:before="0" w:after="100" w:line="269" w:lineRule="auto"/>
        <w:ind w:left="115" w:right="72"/>
        <w:shd w:fill="E8F7F3"/>
        <w:pBdr>
          <w:left w:val="single" w:sz="22" w:space="8" w:color="0A9AAA"/>
        </w:pBdr>
      </w:pPr>
      <w:r>
        <w:rPr>
          <w:rFonts w:ascii="Calibri" w:hAnsi="Calibri"/>
          <w:b w:val="0"/>
          <w:i w:val="0"/>
          <w:color w:val="153F48"/>
          <w:sz w:val="23"/>
        </w:rPr>
        <w:t>Fui deprisa a visitar a Isabel y llevé conmigo a Jesús. Al encontrarnos, alabamos a Dios por sus maravillas. Cuando ayudas con cariño, tú también llevas la alegría de Jesús.</w:t>
      </w:r>
    </w:p>
    <w:p>
      <w:pPr>
        <w:keepNext/>
        <w:spacing w:before="120" w:after="80"/>
        <w:shd w:fill="075F69"/>
      </w:pPr>
      <w:r>
        <w:rPr>
          <w:rFonts w:ascii="Calibri" w:hAnsi="Calibri"/>
          <w:b/>
          <w:i w:val="0"/>
          <w:color w:val="FFFFFF"/>
          <w:sz w:val="21"/>
        </w:rPr>
        <w:t>220-maria-m2-oracion.mp3</w:t>
      </w:r>
    </w:p>
    <w:p>
      <w:pPr>
        <w:spacing w:before="0" w:after="100" w:line="269" w:lineRule="auto"/>
        <w:ind w:left="115" w:right="72"/>
        <w:shd w:fill="E8F7F3"/>
        <w:pBdr>
          <w:left w:val="single" w:sz="22" w:space="8" w:color="0A9AAA"/>
        </w:pBdr>
      </w:pPr>
      <w:r>
        <w:rPr>
          <w:rFonts w:ascii="Calibri" w:hAnsi="Calibri"/>
          <w:b w:val="0"/>
          <w:i w:val="0"/>
          <w:color w:val="153F48"/>
          <w:sz w:val="23"/>
        </w:rPr>
        <w:t>Te invito a rezar conmigo un Padrenuestro, un Avemaría y un Gloria por las personas mayores o enfermas que se sienten solas, para que alguien las visite y acompañe.</w:t>
      </w:r>
    </w:p>
    <w:p>
      <w:r>
        <w:br w:type="page"/>
      </w:r>
    </w:p>
    <w:p>
      <w:pPr>
        <w:keepNext/>
        <w:spacing w:before="180" w:after="60"/>
      </w:pPr>
      <w:r>
        <w:rPr>
          <w:rFonts w:ascii="Calibri" w:hAnsi="Calibri"/>
          <w:b/>
          <w:i w:val="0"/>
          <w:color w:val="075F69"/>
          <w:sz w:val="32"/>
        </w:rPr>
        <w:t>3 · Nacimiento de Jesús</w:t>
      </w:r>
      <w:r>
        <w:rPr>
          <w:rFonts w:ascii="Calibri" w:hAnsi="Calibri"/>
          <w:b/>
          <w:i w:val="0"/>
          <w:color w:val="0A9AAA"/>
          <w:sz w:val="19"/>
        </w:rPr>
        <w:t xml:space="preserve">   Lucas 2, 1-20</w:t>
      </w:r>
    </w:p>
    <w:p>
      <w:pPr>
        <w:keepNext/>
        <w:spacing w:before="120" w:after="80"/>
        <w:shd w:fill="075F69"/>
      </w:pPr>
      <w:r>
        <w:rPr>
          <w:rFonts w:ascii="Calibri" w:hAnsi="Calibri"/>
          <w:b/>
          <w:i w:val="0"/>
          <w:color w:val="FFFFFF"/>
          <w:sz w:val="21"/>
        </w:rPr>
        <w:t>310-maria-m3-meditacion.mp3</w:t>
      </w:r>
    </w:p>
    <w:p>
      <w:pPr>
        <w:spacing w:before="0" w:after="100" w:line="269" w:lineRule="auto"/>
        <w:ind w:left="115" w:right="72"/>
        <w:shd w:fill="E8F7F3"/>
        <w:pBdr>
          <w:left w:val="single" w:sz="22" w:space="8" w:color="0A9AAA"/>
        </w:pBdr>
      </w:pPr>
      <w:r>
        <w:rPr>
          <w:rFonts w:ascii="Calibri" w:hAnsi="Calibri"/>
          <w:b w:val="0"/>
          <w:i w:val="0"/>
          <w:color w:val="153F48"/>
          <w:sz w:val="23"/>
        </w:rPr>
        <w:t>En Belén recibí a Jesús y lo acosté en un pesebre. El Hijo de Dios se hizo niño y pobre para vivir como nosotros y con nosotros; así santificó nuestras acciones, incluso las más sencillas (comer, vestirse, jugar y obedecer), y nos preparó para ser restaurados como hijos de Dios.</w:t>
      </w:r>
    </w:p>
    <w:p>
      <w:pPr>
        <w:keepNext/>
        <w:spacing w:before="120" w:after="80"/>
        <w:shd w:fill="075F69"/>
      </w:pPr>
      <w:r>
        <w:rPr>
          <w:rFonts w:ascii="Calibri" w:hAnsi="Calibri"/>
          <w:b/>
          <w:i w:val="0"/>
          <w:color w:val="FFFFFF"/>
          <w:sz w:val="21"/>
        </w:rPr>
        <w:t>320-maria-m3-oracion.mp3</w:t>
      </w:r>
    </w:p>
    <w:p>
      <w:pPr>
        <w:spacing w:before="0" w:after="100" w:line="269" w:lineRule="auto"/>
        <w:ind w:left="115" w:right="72"/>
        <w:shd w:fill="E8F7F3"/>
        <w:pBdr>
          <w:left w:val="single" w:sz="22" w:space="8" w:color="0A9AAA"/>
        </w:pBdr>
      </w:pPr>
      <w:r>
        <w:rPr>
          <w:rFonts w:ascii="Calibri" w:hAnsi="Calibri"/>
          <w:b w:val="0"/>
          <w:i w:val="0"/>
          <w:color w:val="153F48"/>
          <w:sz w:val="23"/>
        </w:rPr>
        <w:t>Te invito a rezar conmigo un Padrenuestro, un Avemaría y un Gloria por las familias que no tienen vivienda o alimento suficiente, para que encuentren ayuda y un hogar seguro.</w:t>
      </w:r>
    </w:p>
    <w:p>
      <w:pPr>
        <w:keepNext/>
        <w:spacing w:before="180" w:after="60"/>
      </w:pPr>
      <w:r>
        <w:rPr>
          <w:rFonts w:ascii="Calibri" w:hAnsi="Calibri"/>
          <w:b/>
          <w:i w:val="0"/>
          <w:color w:val="075F69"/>
          <w:sz w:val="32"/>
        </w:rPr>
        <w:t>4 · Presentación de Jesús</w:t>
      </w:r>
      <w:r>
        <w:rPr>
          <w:rFonts w:ascii="Calibri" w:hAnsi="Calibri"/>
          <w:b/>
          <w:i w:val="0"/>
          <w:color w:val="0A9AAA"/>
          <w:sz w:val="19"/>
        </w:rPr>
        <w:t xml:space="preserve">   Lucas 2, 22-38</w:t>
      </w:r>
    </w:p>
    <w:p>
      <w:pPr>
        <w:keepNext/>
        <w:spacing w:before="120" w:after="80"/>
        <w:shd w:fill="075F69"/>
      </w:pPr>
      <w:r>
        <w:rPr>
          <w:rFonts w:ascii="Calibri" w:hAnsi="Calibri"/>
          <w:b/>
          <w:i w:val="0"/>
          <w:color w:val="FFFFFF"/>
          <w:sz w:val="21"/>
        </w:rPr>
        <w:t>410-maria-m4-meditacion.mp3</w:t>
      </w:r>
    </w:p>
    <w:p>
      <w:pPr>
        <w:spacing w:before="0" w:after="100" w:line="269" w:lineRule="auto"/>
        <w:ind w:left="115" w:right="72"/>
        <w:shd w:fill="E8F7F3"/>
        <w:pBdr>
          <w:left w:val="single" w:sz="22" w:space="8" w:color="0A9AAA"/>
        </w:pBdr>
      </w:pPr>
      <w:r>
        <w:rPr>
          <w:rFonts w:ascii="Calibri" w:hAnsi="Calibri"/>
          <w:b w:val="0"/>
          <w:i w:val="0"/>
          <w:color w:val="153F48"/>
          <w:sz w:val="23"/>
        </w:rPr>
        <w:t>José y yo llevamos a Jesús al Templo y lo presentamos al Señor. Allí, Simeón y Ana reconocieron con alegría al Salvador esperado. Tú también puedes ofrecer a Dios tus alegrías, tareas y esfuerzos.</w:t>
      </w:r>
    </w:p>
    <w:p>
      <w:pPr>
        <w:keepNext/>
        <w:spacing w:before="120" w:after="80"/>
        <w:shd w:fill="075F69"/>
      </w:pPr>
      <w:r>
        <w:rPr>
          <w:rFonts w:ascii="Calibri" w:hAnsi="Calibri"/>
          <w:b/>
          <w:i w:val="0"/>
          <w:color w:val="FFFFFF"/>
          <w:sz w:val="21"/>
        </w:rPr>
        <w:t>420-maria-m4-oracion.mp3</w:t>
      </w:r>
    </w:p>
    <w:p>
      <w:pPr>
        <w:spacing w:before="0" w:after="100" w:line="269" w:lineRule="auto"/>
        <w:ind w:left="115" w:right="72"/>
        <w:shd w:fill="E8F7F3"/>
        <w:pBdr>
          <w:left w:val="single" w:sz="22" w:space="8" w:color="0A9AAA"/>
        </w:pBdr>
      </w:pPr>
      <w:r>
        <w:rPr>
          <w:rFonts w:ascii="Calibri" w:hAnsi="Calibri"/>
          <w:b w:val="0"/>
          <w:i w:val="0"/>
          <w:color w:val="153F48"/>
          <w:sz w:val="23"/>
        </w:rPr>
        <w:t>Te invito a rezar conmigo un Padrenuestro, un Avemaría y un Gloria por los padres, padrinos y catequistas, para que enseñen la fe con paciencia y buen ejemplo.</w:t>
      </w:r>
    </w:p>
    <w:p>
      <w:r>
        <w:br w:type="page"/>
      </w:r>
    </w:p>
    <w:p>
      <w:pPr>
        <w:keepNext/>
        <w:spacing w:before="180" w:after="60"/>
      </w:pPr>
      <w:r>
        <w:rPr>
          <w:rFonts w:ascii="Calibri" w:hAnsi="Calibri"/>
          <w:b/>
          <w:i w:val="0"/>
          <w:color w:val="075F69"/>
          <w:sz w:val="32"/>
        </w:rPr>
        <w:t>5 · Jesús hallado en el Templo</w:t>
      </w:r>
      <w:r>
        <w:rPr>
          <w:rFonts w:ascii="Calibri" w:hAnsi="Calibri"/>
          <w:b/>
          <w:i w:val="0"/>
          <w:color w:val="0A9AAA"/>
          <w:sz w:val="19"/>
        </w:rPr>
        <w:t xml:space="preserve">   Lucas 2, 41-52</w:t>
      </w:r>
    </w:p>
    <w:p>
      <w:pPr>
        <w:keepNext/>
        <w:spacing w:before="120" w:after="80"/>
        <w:shd w:fill="075F69"/>
      </w:pPr>
      <w:r>
        <w:rPr>
          <w:rFonts w:ascii="Calibri" w:hAnsi="Calibri"/>
          <w:b/>
          <w:i w:val="0"/>
          <w:color w:val="FFFFFF"/>
          <w:sz w:val="21"/>
        </w:rPr>
        <w:t>510-maria-m5-meditacion.mp3</w:t>
      </w:r>
    </w:p>
    <w:p>
      <w:pPr>
        <w:spacing w:before="0" w:after="100" w:line="269" w:lineRule="auto"/>
        <w:ind w:left="115" w:right="72"/>
        <w:shd w:fill="E8F7F3"/>
        <w:pBdr>
          <w:left w:val="single" w:sz="22" w:space="8" w:color="0A9AAA"/>
        </w:pBdr>
      </w:pPr>
      <w:r>
        <w:rPr>
          <w:rFonts w:ascii="Calibri" w:hAnsi="Calibri"/>
          <w:b w:val="0"/>
          <w:i w:val="0"/>
          <w:color w:val="153F48"/>
          <w:sz w:val="23"/>
        </w:rPr>
        <w:t>José y yo buscamos a Jesús con gran preocupación. Después de tres días lo encontramos en el Templo, entre los maestros, que le escuchaban y le hacían preguntas. Vive unido a Jesús: pregúntale tus dudas y haz con Él todo lo que tengas que hacer durante el día. Esta relación es una oración continua. No dejes de conocerlo cada vez más a través del Evangelio, junto a tu familia y a la Iglesia católica.</w:t>
      </w:r>
    </w:p>
    <w:p>
      <w:pPr>
        <w:keepNext/>
        <w:spacing w:before="120" w:after="80"/>
        <w:shd w:fill="075F69"/>
      </w:pPr>
      <w:r>
        <w:rPr>
          <w:rFonts w:ascii="Calibri" w:hAnsi="Calibri"/>
          <w:b/>
          <w:i w:val="0"/>
          <w:color w:val="FFFFFF"/>
          <w:sz w:val="21"/>
        </w:rPr>
        <w:t>520-maria-m5-oracion.mp3</w:t>
      </w:r>
    </w:p>
    <w:p>
      <w:pPr>
        <w:spacing w:before="0" w:after="100" w:line="269" w:lineRule="auto"/>
        <w:ind w:left="115" w:right="72"/>
        <w:shd w:fill="E8F7F3"/>
        <w:pBdr>
          <w:left w:val="single" w:sz="22" w:space="8" w:color="0A9AAA"/>
        </w:pBdr>
      </w:pPr>
      <w:r>
        <w:rPr>
          <w:rFonts w:ascii="Calibri" w:hAnsi="Calibri"/>
          <w:b w:val="0"/>
          <w:i w:val="0"/>
          <w:color w:val="153F48"/>
          <w:sz w:val="23"/>
        </w:rPr>
        <w:t>Te invito a rezar conmigo un Padrenuestro, un Avemaría y un Gloria por los niños que tienen dudas sobre la fe, para que encuentren personas que los escuchen y los ayuden a acercarse a Jesús.</w:t>
      </w:r>
    </w:p>
    <w:p>
      <w:pPr>
        <w:pStyle w:val="Heading2"/>
      </w:pPr>
      <w:r>
        <w:t>Pauta de voz</w:t>
      </w:r>
    </w:p>
    <w:p>
      <w:r>
        <w:rPr>
          <w:rFonts w:ascii="Calibri" w:hAnsi="Calibri"/>
          <w:b w:val="0"/>
          <w:i w:val="0"/>
          <w:color w:val="5E7477"/>
          <w:sz w:val="21"/>
        </w:rPr>
        <w:t>María habla con una voz cálida, serena y cercana, sin tono infantil exagerado. Deja una breve pausa después de cada explicación y otra antes de invitar a rezar. Estas meditaciones catequéticas no son citas literales de la Virgen; cada misterio remite al Evangelio según san Lucas.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79" w:right="1123" w:bottom="979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E7477"/>
        <w:sz w:val="17"/>
      </w:rPr>
      <w:t>Jesús sea siempre conmigo  ·  Misterios Gozosos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100"/>
      <w:jc w:val="center"/>
    </w:pPr>
    <w:r>
      <w:rPr>
        <w:rFonts w:ascii="Calibri" w:hAnsi="Calibri"/>
        <w:b/>
        <w:i w:val="0"/>
        <w:color w:val="0A9AAA"/>
        <w:sz w:val="18"/>
      </w:rPr>
      <w:t>SORAMOIS  ·  GUIÓN DE MARÍA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Calibri" w:hAnsi="Calibri"/>
      <w:color w:val="153F48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075F69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0A9AA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Guion de María · Jesús sea siempre conmigo</dc:title>
  <dc:subject>Intervenciones de María para los Misterios Gozosos</dc:subject>
  <dc:creator>SoraMois</dc:creator>
  <cp:keywords>SoraMois, Rosario, Misterios Gozosos, catequesis, María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